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
        <w:t>Chapter 18 – The Beggar and the Sign</w:t>
        <w:br/>
        <w:br/>
        <w:t>In the morning, I felt a heavy silence within me. The night before, that verse had remained in my flesh: “I will not dwell with the proud...” And I didn’t run away anymore. I decided to let go of my pride. Not because I wanted to. But because I knew that deep down, there was a barrier between me and life.</w:t>
        <w:br/>
        <w:br/>
        <w:t>I went out. It was December 17. I headed toward Karl Johans, toward the corner of the Norwegian Parliament building. It was past 10:00 a.m. There were few people around. I knelt down, ashamed, with my head bowed. An empty coffee cup in front of me. I felt the greatest humility I had ever experienced.</w:t>
        <w:br/>
        <w:br/>
        <w:t>Time passed slowly. I think I stayed there for an hour and a half. I only looked up once... When a teenage girl approached me, put a hot coffee and a croissant in my hand.</w:t>
        <w:br/>
        <w:br/>
        <w:t>I whispered “Tusen takk” in thanks.</w:t>
        <w:br/>
        <w:br/>
        <w:t>When I saw that 100 kroner had been collected in the cup, I got up and left. I felt something strange inside me. Not joy. Not relief. But an inner misery, a bitter taste that I didn’t know whether to be ashamed of or grateful for.</w:t>
        <w:br/>
        <w:br/>
        <w:t>I looked upward and asked God, with a mixture of wonder and bewilderment... God... why did you beat my good?</w:t>
        <w:br/>
        <w:br/>
        <w:t>The next day, December 18, after a restless night in which my entire rational construct had been turned upside down, I walked, as if forcing myself, to beg, so as not to break my promise. I was confused. Around 9:00 a.m., I was back on my knees, just on a different corner, next to a DNB bank: same deal, head down, eyes down.</w:t>
        <w:br/>
        <w:br/>
        <w:t>About an hour and a half had passed, and I had only 50 kroner in my cup. I felt uncomfortable, and it occurred to me to ask the Divine for clarification. In my silent prayer, I asked Him to send me a sign that it was His will for me to beg, that it was part of His plan — but not for food, drink, or cigarettes. I was asking for something that even I didn’t know what it could be... Just a sign.</w:t>
        <w:br/>
        <w:br/>
        <w:t>I hadn’t even finished my prayer when a young, blond, typically Scandinavian man approached me. He held out a 50-krona bill in his left hand. It was the first bill I had received. I immediately said to myself, “Not money, God...” I was disappointed, a sincere and childish disappointment, as if I were scolding Him...</w:t>
        <w:br/>
        <w:br/>
        <w:t>When I suddenly saw that he was placing a silver coin in my right hand, with the image of an angel—representing the Angel of Courage. On the other side was a lion and a lamb. I was speechless. I couldn’t believe it... It was in my palm...</w:t>
        <w:br/>
        <w:br/>
        <w:t>Before I could gather my wits and thank him, the man had disappeared into the crowd. When I noticed the sign and the importance of the symbol in the tradition in which I had grown up, I began to cry.</w:t>
        <w:br/>
        <w:br/>
        <w:t>I cried... I cried with tears of joy….. And the sky began to cry with me.</w:t>
        <w:br/>
        <w:br/>
        <w:t>Since then, I have loved the rain.</w:t>
        <w:br/>
        <w:br/>
        <w:t>After receiving the sign—the silver medal with the angel of courage on one side and the lion and the lamb on the other—I was in a state of ecstasy and silent gratitude. I felt that I had been answered with the most beautiful sign: a symbol. I experienced that joy with the naivety of a child.</w:t>
        <w:br/>
        <w:br/>
        <w:t>And yet, even if they seem... More or less real... These kinds of symbols work within us. They influence our choice of words, our dreams, our fears, and even our search for ourselves. Symbols are those... Signs that do not die with their explanation.</w:t>
        <w:br/>
        <w:br/>
        <w:t>That afternoon, I went to the soup kitchen, “10 Crowns,” where a small festive meal and a religious service were to be held, organized by the Norwegian church in anticipation of Christmas. I got there, put my phone on charge, as usual, and sat down in the hall.</w:t>
        <w:br/>
        <w:br/>
        <w:t>I watched the service—simple, warm, spoken in Norwegian. After it ended, I asked the priest there, who already knew me, if I could sing a Romanian Christmas carol for the Romanians present.</w:t>
        <w:br/>
        <w:br/>
        <w:t>I sang for everyone present. When it was over, I went to get my phone. But... It was gone. My heart sank... It was my only guarantee that I could return to the country in case of an emergency. It was an expensive phone... Worth around €1,200. In my darkest moments, I had thought that, if necessary, I could sell it for €200-300 to buy a return ticket.</w:t>
        <w:br/>
        <w:br/>
        <w:t>But I didn’t break down. I didn’t get angry. My only regret was that I couldn’t read anymore. The priest, seeing what had happened, offered me an analog phone so I could use the SIM card. I thanked him. It was enough for me.</w:t>
        <w:br/>
        <w:br/>
        <w:t>That loss was not a wound. It was, perhaps, another sign—that what had begun to grow inside me no longer depended on anything material. All that mattered... Could not be stolen.</w:t>
        <w:br/>
        <w:br/>
        <w:t>Chapter 19 – Gifts of Winter</w:t>
        <w:br/>
        <w:br/>
        <w:t>The next morning, after the theft of my phone, I returned to my begging spot. This time, the city seemed gentler. The sky was clear, and the temperature had risen slightly above zero. In a northern city, a day above freezing is like an unspoken promise.</w:t>
        <w:br/>
        <w:br/>
        <w:t>It wasn’t long before a young Norwegian woman approached me. She was discreetly beautiful, but radiated humanity. There was a serenity in her gaze that cannot be learned from books. She handed me a large, heavy bag filled with things that, to a beggar, seemed like a luxury: smoked salmon, bacon, cheese, tomatoes, avocados, sweets... Everything carefully chosen, not at random.</w:t>
        <w:br/>
        <w:br/>
        <w:t>Shortly before she appeared, I had written some verses, silently, part of me, out of a need to remain human, even on my knees. I had nothing else to offer her. So I gave them to her, handwritten, in Romanian:</w:t>
        <w:br/>
        <w:br/>
        <w:t>“To be love in love,</w:t>
        <w:br/>
        <w:br/>
        <w:t>To be forgiveness in love,</w:t>
        <w:br/>
        <w:br/>
        <w:t>To be the call from love...”</w:t>
        <w:br/>
        <w:br/>
        <w:t>That’s all I remember of the lyrics now. I just said, “Google Translate, please.” We both smiled. Me with joy, her with humanity.</w:t>
        <w:br/>
        <w:br/>
        <w:t>Her gesture restored my deep conviction: Norway, through young people like her, has a bright future. Not only economically and socially, but also humanly.</w:t>
        <w:br/>
        <w:br/>
        <w:t>Shortly after she left, I received a phone call. They were calling me to work. I got up with a kind of joy I hadn’t felt in a long time—the joy of working. That day, I worked the hardest I had since I started my contract: seven hard hours, but received with gratitude.</w:t>
        <w:br/>
        <w:br/>
        <w:t>The next morning, I passed through the station again, thinking I would end up back on the corner. But a boy I knew by sight approached me and told me that a contractor needed three people to lay cardboard on the floor, and that we would be paid 80 kroner an hour. I accepted immediately and found another boy who was available. We left together for the job. We worked for five hours, laying cardboard for underfloor heating. At the end, we were paid 400 kroner.</w:t>
        <w:br/>
        <w:br/>
        <w:t>But the surprise came afterwards. The contractor said to me:</w:t>
        <w:br/>
        <w:br/>
        <w:t>“I have a house 45 km from Oslo, which I’ve rented until the end of the year, until December 31. I have another guy staying there. If you want, you can live there for free.”</w:t>
        <w:br/>
        <w:br/>
        <w:t>I was grateful. That night I moved in and, after a long time, I had my own room.</w:t>
        <w:br/>
        <w:br/>
        <w:t>It was Saturday morning, a weekend as white as in fairy tales. It had snowed overnight, and the village where I had moved seemed like something out of a book of Nordic fairy tales. I was out of cigarettes and had only 100 kroner left. I headed to the Kiwi store to buy a pack, knowing that there the price was between 95 and 98 kroner—exactly what I could afford.</w:t>
        <w:br/>
        <w:br/>
        <w:t>I was the first person out on the street that morning. The untouched snow crunched under my feet, and I unwittingly made a trail through the white silence. I stopped here and there and looked around—it was a quiet, almost unreal beauty.</w:t>
        <w:br/>
        <w:br/>
        <w:t>When I got to the store, I found it closed. I didn’t know they were closed on weekends. I sighed softly and said to myself, “God, I’m out of cigarettes.” I didn’t even have enough for the gas station in the village, where the price was higher—around 110 crowns. I was a few short. I felt at peace, though. It was my mistake.</w:t>
        <w:br/>
        <w:br/>
        <w:t>I set off on the road to the gas station, even though I knew I didn’t have enough money. And on that road, I was the one making the first tracks. When I got to a bus stop, I noticed something unexpected: footprints coming from the opposite direction, leading to the bus stop. The ground was trampled, a sign that someone had been waiting there.</w:t>
        <w:br/>
        <w:br/>
        <w:t>And there, in the snow, right in the middle of the trampled spot, I saw something shiny: lots of coins. I counted them—77 kroner. I stopped in my tracks, my heart pounding. It was more than I needed. I felt a wave of gratitude wash over me, an almost childlike joy. I picked up the money, thanked God in my mind, and went straight to the gas station. I had something to smoke again.</w:t>
        <w:br/>
        <w:br/>
        <w:t>Everything seemed to be finally giving me a break.</w:t>
        <w:br/>
        <w:br/>
        <w:t>The house I had received for free was quiet. The boy who lived there was a quiet man, an electrical engineer. After a long time, we had conversations in a different language.</w:t>
        <w:br/>
        <w:br/>
        <w:t>I called home. But my wife’s voice shook me to my core. She reproached me for everything she hadn’t been able to say until then: that I was crazy, incompetent, that she was divorcing me, that I was bringing shame on her, that she would never forgive me. But what crushed me the most was her confession that there were days when she and our daughter went to bed hungry, and Christmas was just around the corner with nothing to put on the table.</w:t>
        <w:br/>
        <w:br/>
        <w:t>I couldn’t say anything to her. Everything she said was true. I had hidden so much from her. I was overcome by a silent cry: “Why, God? Why should my child go hungry when I have never wanted for anything? You fed me every day…”</w:t>
        <w:br/>
        <w:br/>
        <w:t>Chapter 20 – In the washing machine of life</w:t>
        <w:br/>
        <w:br/>
        <w:t>I was at an inner crossroads. Should I get back on my knees to reunite with my family... Or remain on my knees to unite a world...</w:t>
        <w:br/>
        <w:br/>
        <w:t>I was no longer Don Quixote. I had so much tangible evidence. The nearly eight months I had lived had given me a conviction that was difficult to bear: the power to sacrifice my life as a father in the name of a greater calling. With a broken heart, I chose to stay. And one day in the future, I would return with my hands full, to reward them.</w:t>
        <w:br/>
        <w:br/>
        <w:t>That night, I didn’t talk to anyone. I couldn’t sleep. I cried. Not for myself. For them. For everything.</w:t>
        <w:br/>
        <w:br/>
        <w:t>It was the beginning of the week, Monday. I went to continue working on the project, where I continued to install cardboard flooring for underfloor heating. I worked another ten hours that day.</w:t>
        <w:br/>
        <w:br/>
        <w:t>In the evening, on my way home, at the train station, an acquaintance stopped me—a man who was sleeping in his car—and asked if I could wash a backpack of dirty clothes in the washing machine. I told him I’d be happy to help and that I’d return them the next evening. He gave me 50 kroner and some detergent. I got home quite late, put the clothes in the machine, added the detergent, and started the cycle. I hoped that in an hour, at most, I would be able to hang them up to dry.</w:t>
        <w:br/>
        <w:br/>
        <w:t>An hour passed, then two. The machine was running continuously, as if it had forgotten to stop. I unplugged it, hoping I could open the door. But I couldn’t. I didn’t know that the door wouldn’t open until the wash cycle was complete, and the cycle lasted three hours.</w:t>
        <w:br/>
        <w:br/>
        <w:t>I stood there silently watching. In the white foam in the porthole, I saw my own reflection. For a moment, I felt like a garment that God had put into the washing machine of life. With a complete program. With cycles unknown to me and no way out until the end.</w:t>
        <w:br/>
        <w:br/>
        <w:t>All I could do was stay inside, let myself be washed, and wait for the right time for the door to open.</w:t>
        <w:br/>
        <w:br/>
        <w:t>The next day I worked four hours and finished the job. On my way back, I stopped by the train station and returned the backpack with the washed clothes. The boy thanked me.</w:t>
        <w:br/>
        <w:br/>
        <w:t>I called the contractor and asked him to pay me for the hours I had worked. He gave me the money a little later, without hesitation. I went to Ria and sent my wife everything I had. It wasn’t much, but it was the only way I could respond to her pain. So that she would have food on the table for Christmas. I didn’t expect to be forgiven. Just to be understood.</w:t>
        <w:br/>
        <w:br/>
        <w:t>On Christmas Eve, one of my friends from the church in Oslo asked me to play Santa Claus for his five-year-old son, who was visiting. I accepted. He gave me the costume and the presents. I changed in the underground parking lot of the apartment building, among the cars, and I found the situation amusing. I happily got into character. The little boy, excited, recited a poem for me. His eyes sparkled when I gave him the presents. Inside, however, I was left with a bitter taste. I wondered... What gift would my child receive that evening? Who would knock on her door? The answer did not come to me. Only silence. And a long prayer that I would not be forgotten.</w:t>
        <w:br/>
        <w:br/>
        <w:t>On Christmas Day, I was invited to dinner by the entrepreneur I had worked for. The table was laden with traditional holiday dishes; nothing was missing. I put on my polite mask, smiled, and thanked him as best I could. But inside I felt empty. It was my first Christmas away from my country, away from my family. And although everything around me said “joy.”.. Inside me there was only sadness.</w:t>
        <w:br/>
        <w:br/>
        <w:t>My thoughts turned to others like me... Away from home, alone in strange houses. Now I was one of them.</w:t>
        <w:br/>
        <w:br/>
        <w:t>I didn’t stay long. I left early. I returned to my quiet nest to live my sad holiday in peace. It was a Christmas when I expected nothing. Just for it to pass.</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